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772" w:val="right"/>
        </w:tabs>
        <w:pBdr>
          <w:bottom w:val="single" w:sz="18" w:space="4" w:color="8A54FD"/>
        </w:pBdr>
        <w:spacing w:after="120"/>
      </w:pPr>
      <w:r>
        <w:drawing>
          <wp:inline xmlns:a="http://schemas.openxmlformats.org/drawingml/2006/main" xmlns:pic="http://schemas.openxmlformats.org/drawingml/2006/picture">
            <wp:extent cx="1302695" cy="23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env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02695" cy="23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15"/>
        </w:rPr>
        <w:tab/>
      </w:r>
      <w:r>
        <w:rPr>
          <w:b/>
          <w:color w:val="4330AF"/>
          <w:sz w:val="15"/>
        </w:rPr>
        <w:t>Vzor tlačiva</w:t>
      </w:r>
      <w:r>
        <w:rPr>
          <w:b w:val="0"/>
          <w:color w:val="718094"/>
          <w:sz w:val="15"/>
        </w:rPr>
        <w:t xml:space="preserve"> · envicloud.sk</w:t>
      </w:r>
    </w:p>
    <w:p>
      <w:pPr>
        <w:spacing w:before="80"/>
      </w:pPr>
      <w:r>
        <w:rPr>
          <w:b/>
          <w:color w:val="0B1157"/>
          <w:sz w:val="26"/>
        </w:rPr>
        <w:t>Sprievodný list nebezpečného odpadu</w:t>
      </w:r>
    </w:p>
    <w:p>
      <w:pPr>
        <w:tabs>
          <w:tab w:pos="10772" w:val="right"/>
        </w:tabs>
        <w:spacing w:after="120"/>
      </w:pPr>
      <w:r>
        <w:rPr>
          <w:b w:val="0"/>
          <w:color w:val="718094"/>
          <w:sz w:val="15"/>
        </w:rPr>
        <w:t>podľa prílohy č. 12 k vyhláške MŽP SR č. 366/2015 Z. z. (v znení vyhlášky č. 321/2017 Z. z.)</w:t>
      </w:r>
      <w:r>
        <w:rPr>
          <w:b/>
          <w:color w:val="0B1157"/>
          <w:sz w:val="17"/>
        </w:rPr>
        <w:tab/>
        <w:t>List č.: ______</w:t>
      </w:r>
    </w:p>
    <w:tbl>
      <w:tblPr>
        <w:tblW w:type="dxa" w:w="10773"/>
        <w:tblBorders>
          <w:top w:val="single" w:sz="6" w:color="0B1157"/>
          <w:left w:val="single" w:sz="6" w:color="0B1157"/>
          <w:bottom w:val="single" w:sz="6" w:color="0B1157"/>
          <w:right w:val="single" w:sz="6" w:color="0B1157"/>
          <w:insideH w:val="single" w:sz="6" w:color="0B1157"/>
          <w:insideV w:val="single" w:sz="6" w:color="0B1157"/>
        </w:tblBorders>
        <w:tblLayout w:type="fixed"/>
        <w:tblLook w:firstColumn="1" w:firstRow="1" w:lastColumn="0" w:lastRow="0" w:noHBand="0" w:noVBand="1" w:val="04A0"/>
      </w:tblPr>
      <w:tblGrid>
        <w:gridCol w:w="3594"/>
        <w:gridCol w:w="7178"/>
      </w:tblGrid>
      <w:tr>
        <w:trPr>
          <w:trHeight w:val="396" w:hRule="atLeast"/>
        </w:trPr>
        <w:tc>
          <w:tcPr>
            <w:tcW w:type="dxa" w:w="3594"/>
            <w:shd w:val="clear" w:color="auto" w:fill="F4F5FE"/>
          </w:tcPr>
          <w:p>
            <w:r>
              <w:rPr>
                <w:b/>
                <w:color w:val="0B1157"/>
              </w:rPr>
              <w:t>Číslo súhlasu: ____________________________</w:t>
            </w:r>
          </w:p>
        </w:tc>
        <w:tc>
          <w:tcPr>
            <w:tcW w:type="dxa" w:w="7177"/>
            <w:shd w:val="clear" w:color="auto" w:fill="F4F5FE"/>
          </w:tcPr>
          <w:p>
            <w:r>
              <w:rPr>
                <w:b/>
                <w:color w:val="0B1157"/>
              </w:rPr>
              <w:t>Súhlas na prepravu vydal: _______________________________________________________</w:t>
            </w:r>
          </w:p>
        </w:tc>
      </w:tr>
    </w:tbl>
    <w:tbl>
      <w:tblPr>
        <w:tblW w:type="dxa" w:w="10773"/>
        <w:tblBorders>
          <w:top w:val="single" w:sz="6" w:color="0B1157"/>
          <w:left w:val="single" w:sz="6" w:color="0B1157"/>
          <w:bottom w:val="single" w:sz="6" w:color="0B1157"/>
          <w:right w:val="single" w:sz="6" w:color="0B1157"/>
          <w:insideH w:val="single" w:sz="6" w:color="0B1157"/>
          <w:insideV w:val="single" w:sz="6" w:color="0B1157"/>
        </w:tblBorders>
        <w:tblLayout w:type="fixed"/>
        <w:tblLook w:firstColumn="1" w:firstRow="1" w:lastColumn="0" w:lastRow="0" w:noHBand="0" w:noVBand="1" w:val="04A0"/>
      </w:tblPr>
      <w:tblGrid>
        <w:gridCol w:w="3594"/>
        <w:gridCol w:w="3589"/>
        <w:gridCol w:w="3589"/>
      </w:tblGrid>
      <w:tr>
        <w:tc>
          <w:tcPr>
            <w:tcW w:type="dxa" w:w="3594"/>
          </w:tcPr>
          <w:p>
            <w:pPr>
              <w:spacing w:after="40"/>
            </w:pPr>
            <w:r/>
            <w:r>
              <w:rPr>
                <w:b/>
                <w:color w:val="0B1157"/>
                <w:sz w:val="15"/>
              </w:rPr>
              <w:t>1. ODOSIELATEĽ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IČO: ☐☐☐☐☐☐☐☐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Názov organizácie: 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__________________________________________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Ulica: 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Obec: __________________  PSČ: 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Kontaktná osoba: 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Tel.: __________________  Fax: ____________</w:t>
            </w:r>
          </w:p>
        </w:tc>
        <w:tc>
          <w:tcPr>
            <w:tcW w:type="dxa" w:w="3589"/>
          </w:tcPr>
          <w:p>
            <w:pPr>
              <w:spacing w:after="40"/>
            </w:pPr>
            <w:r/>
            <w:r>
              <w:rPr>
                <w:b/>
                <w:color w:val="0B1157"/>
                <w:sz w:val="15"/>
              </w:rPr>
              <w:t>2. Držiteľ – miesto nakládky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IČO: ☐☐☐☐☐☐☐☐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Názov organizácie: 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__________________________________________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Ulica: 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Obec: __________________  PSČ: 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Kontaktná osoba: 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Tel.: __________________  Fax: ____________</w:t>
            </w:r>
          </w:p>
        </w:tc>
        <w:tc>
          <w:tcPr>
            <w:tcW w:type="dxa" w:w="3589"/>
          </w:tcPr>
          <w:p>
            <w:pPr>
              <w:spacing w:after="40"/>
            </w:pPr>
            <w:r/>
            <w:r>
              <w:rPr>
                <w:b/>
                <w:color w:val="0B1157"/>
                <w:sz w:val="15"/>
              </w:rPr>
              <w:t>3. Náklad odovzdaný dopravcovi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Dátum: ________________  Čas: 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Odosielateľ: 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__________________________________________</w:t>
            </w:r>
          </w:p>
          <w:p>
            <w:pPr>
              <w:spacing w:after="36"/>
              <w:jc w:val="center"/>
            </w:pPr>
            <w:r>
              <w:rPr>
                <w:b w:val="0"/>
                <w:color w:val="718094"/>
                <w:sz w:val="12"/>
              </w:rPr>
              <w:t>Odtlačok pečiatky, meno, priezvisko a podpis*</w:t>
            </w:r>
          </w:p>
        </w:tc>
      </w:tr>
      <w:tr>
        <w:tc>
          <w:tcPr>
            <w:tcW w:type="dxa" w:w="3594"/>
          </w:tcPr>
          <w:p>
            <w:pPr>
              <w:spacing w:after="40"/>
            </w:pPr>
            <w:r/>
            <w:r>
              <w:rPr>
                <w:b/>
                <w:color w:val="0B1157"/>
                <w:sz w:val="15"/>
              </w:rPr>
              <w:t>4. PRÍJEMCA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IČO: ☐☐☐☐☐☐☐☐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Názov organizácie: 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__________________________________________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Ulica: 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Obec: __________________  PSČ: 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Kontaktná osoba: 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Tel.: __________________  Fax: ____________</w:t>
            </w:r>
          </w:p>
        </w:tc>
        <w:tc>
          <w:tcPr>
            <w:tcW w:type="dxa" w:w="3589"/>
          </w:tcPr>
          <w:p>
            <w:pPr>
              <w:spacing w:after="40"/>
            </w:pPr>
            <w:r/>
            <w:r>
              <w:rPr>
                <w:b/>
                <w:color w:val="0B1157"/>
                <w:sz w:val="15"/>
              </w:rPr>
              <w:t>5. Miesto vykládky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IČO: ☐☐☐☐☐☐☐☐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Názov organizácie: 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__________________________________________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Ulica: 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Obec: __________________  PSČ: 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Kontaktná osoba: 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Tel.: __________________  Fax: ____________</w:t>
            </w:r>
          </w:p>
        </w:tc>
        <w:tc>
          <w:tcPr>
            <w:tcW w:type="dxa" w:w="3589"/>
          </w:tcPr>
          <w:p>
            <w:pPr>
              <w:spacing w:after="40"/>
            </w:pPr>
            <w:r/>
            <w:r>
              <w:rPr>
                <w:b/>
                <w:color w:val="0B1157"/>
                <w:sz w:val="15"/>
              </w:rPr>
              <w:t>6. Náklad prijatý príjemcom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Dátum: ________________  Čas: 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Príjemca: 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__________________________________________</w:t>
            </w:r>
          </w:p>
          <w:p>
            <w:pPr>
              <w:spacing w:after="36"/>
              <w:jc w:val="center"/>
            </w:pPr>
            <w:r>
              <w:rPr>
                <w:b w:val="0"/>
                <w:color w:val="718094"/>
                <w:sz w:val="12"/>
              </w:rPr>
              <w:t>Odtlačok pečiatky, meno, priezvisko a podpis*</w:t>
            </w:r>
          </w:p>
        </w:tc>
      </w:tr>
      <w:tr>
        <w:tc>
          <w:tcPr>
            <w:tcW w:type="dxa" w:w="3594"/>
          </w:tcPr>
          <w:p>
            <w:pPr>
              <w:spacing w:after="40"/>
            </w:pPr>
            <w:r/>
            <w:r>
              <w:rPr>
                <w:b/>
                <w:color w:val="0B1157"/>
                <w:sz w:val="15"/>
              </w:rPr>
              <w:t>7. DOPRAVCA 1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IČO: ☐☐☐☐☐☐☐☐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Názov organizácie: 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__________________________________________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Ulica: 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Obec: __________________  PSČ: 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Kontaktná osoba: 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Tel.: __________________  Fax: ____________</w:t>
            </w:r>
          </w:p>
        </w:tc>
        <w:tc>
          <w:tcPr>
            <w:tcW w:type="dxa" w:w="3589"/>
          </w:tcPr>
          <w:p>
            <w:pPr>
              <w:spacing w:after="40"/>
            </w:pPr>
            <w:r/>
            <w:r>
              <w:rPr>
                <w:b/>
                <w:color w:val="0B1157"/>
                <w:sz w:val="15"/>
              </w:rPr>
              <w:t>7a.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Kód druhu dopravy:¹⁾ 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Evid. číslo ťaž. vozidla: 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Evid. číslo ťaž. vozidla: 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Evid. číslo ťaž. vozidla: 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Číslo žel. vagóna: 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Číslo lodnej zásielky: 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Číslo leteckej zásielky: ________________</w:t>
            </w:r>
          </w:p>
        </w:tc>
        <w:tc>
          <w:tcPr>
            <w:tcW w:type="dxa" w:w="3589"/>
          </w:tcPr>
          <w:p>
            <w:pPr>
              <w:spacing w:after="40"/>
            </w:pPr>
            <w:r/>
            <w:r>
              <w:rPr>
                <w:b/>
                <w:color w:val="0B1157"/>
                <w:sz w:val="15"/>
              </w:rPr>
              <w:t>8. Náklad prijatý dopravcom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Dátum: ________________  Čas: 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Dopravca: 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__________________________________________</w:t>
            </w:r>
          </w:p>
          <w:p>
            <w:pPr>
              <w:spacing w:after="36"/>
              <w:jc w:val="center"/>
            </w:pPr>
            <w:r>
              <w:rPr>
                <w:b w:val="0"/>
                <w:color w:val="718094"/>
                <w:sz w:val="12"/>
              </w:rPr>
              <w:t>Odtlačok pečiatky, meno, priezvisko a podpis*</w:t>
            </w:r>
          </w:p>
        </w:tc>
      </w:tr>
      <w:tr>
        <w:tc>
          <w:tcPr>
            <w:tcW w:type="dxa" w:w="3594"/>
          </w:tcPr>
          <w:p>
            <w:pPr>
              <w:spacing w:after="40"/>
            </w:pPr>
            <w:r/>
            <w:r>
              <w:rPr>
                <w:b/>
                <w:color w:val="0B1157"/>
                <w:sz w:val="15"/>
              </w:rPr>
              <w:t>9. DOPRAVCA 2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IČO: ☐☐☐☐☐☐☐☐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Názov organizácie: 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__________________________________________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Ulica: 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Obec: __________________  PSČ: 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Kontaktná osoba: 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Tel.: __________________  Fax: ____________</w:t>
            </w:r>
          </w:p>
        </w:tc>
        <w:tc>
          <w:tcPr>
            <w:tcW w:type="dxa" w:w="3589"/>
          </w:tcPr>
          <w:p>
            <w:pPr>
              <w:spacing w:after="40"/>
            </w:pPr>
            <w:r/>
            <w:r>
              <w:rPr>
                <w:b/>
                <w:color w:val="0B1157"/>
                <w:sz w:val="15"/>
              </w:rPr>
              <w:t>9a.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Kód druhu dopravy:¹⁾ 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Evid. číslo ťaž. vozidla: 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Evid. číslo ťaž. vozidla: 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Evid. číslo ťaž. vozidla: 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Číslo žel. vagóna: 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Číslo lodnej zásielky: 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Číslo leteckej zásielky: ________________</w:t>
            </w:r>
          </w:p>
        </w:tc>
        <w:tc>
          <w:tcPr>
            <w:tcW w:type="dxa" w:w="3589"/>
          </w:tcPr>
          <w:p>
            <w:pPr>
              <w:spacing w:after="40"/>
            </w:pPr>
            <w:r/>
            <w:r>
              <w:rPr>
                <w:b/>
                <w:color w:val="0B1157"/>
                <w:sz w:val="15"/>
              </w:rPr>
              <w:t>10. Náklad prijatý dopravcom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Dátum: ________________  Čas: 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Dopravca: 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__________________________________________</w:t>
            </w:r>
          </w:p>
          <w:p>
            <w:pPr>
              <w:spacing w:after="36"/>
              <w:jc w:val="center"/>
            </w:pPr>
            <w:r>
              <w:rPr>
                <w:b w:val="0"/>
                <w:color w:val="718094"/>
                <w:sz w:val="12"/>
              </w:rPr>
              <w:t>Odtlačok pečiatky, meno, priezvisko a podpis*</w:t>
            </w:r>
          </w:p>
        </w:tc>
      </w:tr>
    </w:tbl>
    <w:tbl>
      <w:tblPr>
        <w:tblW w:type="dxa" w:w="10773"/>
        <w:tblBorders>
          <w:top w:val="single" w:sz="6" w:color="0B1157"/>
          <w:left w:val="single" w:sz="6" w:color="0B1157"/>
          <w:bottom w:val="single" w:sz="6" w:color="0B1157"/>
          <w:right w:val="single" w:sz="6" w:color="0B1157"/>
          <w:insideH w:val="single" w:sz="6" w:color="0B1157"/>
          <w:insideV w:val="single" w:sz="6" w:color="0B1157"/>
        </w:tblBorders>
        <w:tblLayout w:type="fixed"/>
        <w:tblLook w:firstColumn="1" w:firstRow="1" w:lastColumn="0" w:lastRow="0" w:noHBand="0" w:noVBand="1" w:val="04A0"/>
      </w:tblPr>
      <w:tblGrid>
        <w:gridCol w:w="1190"/>
        <w:gridCol w:w="1701"/>
        <w:gridCol w:w="680"/>
        <w:gridCol w:w="1077"/>
        <w:gridCol w:w="793"/>
        <w:gridCol w:w="737"/>
        <w:gridCol w:w="737"/>
        <w:gridCol w:w="963"/>
        <w:gridCol w:w="1134"/>
        <w:gridCol w:w="737"/>
        <w:gridCol w:w="1020"/>
      </w:tblGrid>
      <w:tr>
        <w:tc>
          <w:tcPr>
            <w:tcW w:type="dxa" w:w="1191"/>
            <w:shd w:val="clear" w:color="auto" w:fill="F4F5FE"/>
          </w:tcPr>
          <w:p>
            <w:r>
              <w:rPr>
                <w:b/>
                <w:color w:val="0B1157"/>
                <w:sz w:val="12"/>
              </w:rPr>
              <w:t>11. Kód odpadu podľa Katalógu odpadov</w:t>
            </w:r>
          </w:p>
        </w:tc>
        <w:tc>
          <w:tcPr>
            <w:tcW w:type="dxa" w:w="1701"/>
            <w:shd w:val="clear" w:color="auto" w:fill="F4F5FE"/>
          </w:tcPr>
          <w:p>
            <w:r>
              <w:rPr>
                <w:b/>
                <w:color w:val="0B1157"/>
                <w:sz w:val="12"/>
              </w:rPr>
              <w:t>12. Skrátený názov odpadu</w:t>
            </w:r>
          </w:p>
        </w:tc>
        <w:tc>
          <w:tcPr>
            <w:tcW w:type="dxa" w:w="680"/>
            <w:shd w:val="clear" w:color="auto" w:fill="F4F5FE"/>
          </w:tcPr>
          <w:p>
            <w:r>
              <w:rPr>
                <w:b/>
                <w:color w:val="0B1157"/>
                <w:sz w:val="12"/>
              </w:rPr>
              <w:t>13. Y-kód</w:t>
            </w:r>
          </w:p>
        </w:tc>
        <w:tc>
          <w:tcPr>
            <w:tcW w:type="dxa" w:w="1077"/>
            <w:shd w:val="clear" w:color="auto" w:fill="F4F5FE"/>
          </w:tcPr>
          <w:p>
            <w:r>
              <w:rPr>
                <w:b/>
                <w:color w:val="0B1157"/>
                <w:sz w:val="12"/>
              </w:rPr>
              <w:t>14. Zatriedenie ADR/RID</w:t>
            </w:r>
          </w:p>
        </w:tc>
        <w:tc>
          <w:tcPr>
            <w:tcW w:type="dxa" w:w="794"/>
            <w:shd w:val="clear" w:color="auto" w:fill="F4F5FE"/>
          </w:tcPr>
          <w:p>
            <w:r>
              <w:rPr>
                <w:b/>
                <w:color w:val="0B1157"/>
                <w:sz w:val="12"/>
              </w:rPr>
              <w:t>15. Trieda nebezp.</w:t>
            </w:r>
          </w:p>
        </w:tc>
        <w:tc>
          <w:tcPr>
            <w:tcW w:type="dxa" w:w="737"/>
            <w:shd w:val="clear" w:color="auto" w:fill="F4F5FE"/>
          </w:tcPr>
          <w:p>
            <w:r>
              <w:rPr>
                <w:b/>
                <w:color w:val="0B1157"/>
                <w:sz w:val="12"/>
              </w:rPr>
              <w:t>16. UN číslo</w:t>
            </w:r>
          </w:p>
        </w:tc>
        <w:tc>
          <w:tcPr>
            <w:tcW w:type="dxa" w:w="737"/>
            <w:shd w:val="clear" w:color="auto" w:fill="F4F5FE"/>
          </w:tcPr>
          <w:p>
            <w:r>
              <w:rPr>
                <w:b/>
                <w:color w:val="0B1157"/>
                <w:sz w:val="12"/>
              </w:rPr>
              <w:t>17. Druh obalu</w:t>
            </w:r>
          </w:p>
        </w:tc>
        <w:tc>
          <w:tcPr>
            <w:tcW w:type="dxa" w:w="964"/>
            <w:shd w:val="clear" w:color="auto" w:fill="F4F5FE"/>
          </w:tcPr>
          <w:p>
            <w:r>
              <w:rPr>
                <w:b/>
                <w:color w:val="0B1157"/>
                <w:sz w:val="12"/>
              </w:rPr>
              <w:t>18. Fyzikálne vlastnosti</w:t>
            </w:r>
          </w:p>
        </w:tc>
        <w:tc>
          <w:tcPr>
            <w:tcW w:type="dxa" w:w="1134"/>
            <w:shd w:val="clear" w:color="auto" w:fill="F4F5FE"/>
          </w:tcPr>
          <w:p>
            <w:r>
              <w:rPr>
                <w:b/>
                <w:color w:val="0B1157"/>
                <w:sz w:val="12"/>
              </w:rPr>
              <w:t>19. Množstvo odpadu (t/m³) brutto</w:t>
            </w:r>
          </w:p>
        </w:tc>
        <w:tc>
          <w:tcPr>
            <w:tcW w:type="dxa" w:w="737"/>
            <w:shd w:val="clear" w:color="auto" w:fill="F4F5FE"/>
          </w:tcPr>
          <w:p>
            <w:r>
              <w:rPr>
                <w:b/>
                <w:color w:val="0B1157"/>
                <w:sz w:val="12"/>
              </w:rPr>
              <w:t>20. netto</w:t>
            </w:r>
          </w:p>
        </w:tc>
        <w:tc>
          <w:tcPr>
            <w:tcW w:type="dxa" w:w="1020"/>
            <w:shd w:val="clear" w:color="auto" w:fill="F4F5FE"/>
          </w:tcPr>
          <w:p>
            <w:r>
              <w:rPr>
                <w:b/>
                <w:color w:val="0B1157"/>
                <w:sz w:val="12"/>
              </w:rPr>
              <w:t>21. Kód R/D/V</w:t>
            </w:r>
          </w:p>
        </w:tc>
      </w:tr>
      <w:tr>
        <w:trPr>
          <w:trHeight w:val="340" w:hRule="atLeast"/>
        </w:trPr>
        <w:tc>
          <w:tcPr>
            <w:tcW w:type="dxa" w:w="1191"/>
          </w:tcPr>
          <w:p/>
        </w:tc>
        <w:tc>
          <w:tcPr>
            <w:tcW w:type="dxa" w:w="1701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964"/>
          </w:tcPr>
          <w:p/>
        </w:tc>
        <w:tc>
          <w:tcPr>
            <w:tcW w:type="dxa" w:w="1134"/>
          </w:tcPr>
          <w:p/>
        </w:tc>
        <w:tc>
          <w:tcPr>
            <w:tcW w:type="dxa" w:w="737"/>
          </w:tcPr>
          <w:p/>
        </w:tc>
        <w:tc>
          <w:tcPr>
            <w:tcW w:type="dxa" w:w="1020"/>
          </w:tcPr>
          <w:p/>
        </w:tc>
      </w:tr>
      <w:tr>
        <w:trPr>
          <w:trHeight w:val="340" w:hRule="atLeast"/>
        </w:trPr>
        <w:tc>
          <w:tcPr>
            <w:tcW w:type="dxa" w:w="1191"/>
          </w:tcPr>
          <w:p/>
        </w:tc>
        <w:tc>
          <w:tcPr>
            <w:tcW w:type="dxa" w:w="1701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964"/>
          </w:tcPr>
          <w:p/>
        </w:tc>
        <w:tc>
          <w:tcPr>
            <w:tcW w:type="dxa" w:w="1134"/>
          </w:tcPr>
          <w:p/>
        </w:tc>
        <w:tc>
          <w:tcPr>
            <w:tcW w:type="dxa" w:w="737"/>
          </w:tcPr>
          <w:p/>
        </w:tc>
        <w:tc>
          <w:tcPr>
            <w:tcW w:type="dxa" w:w="1020"/>
          </w:tcPr>
          <w:p/>
        </w:tc>
      </w:tr>
      <w:tr>
        <w:trPr>
          <w:trHeight w:val="340" w:hRule="atLeast"/>
        </w:trPr>
        <w:tc>
          <w:tcPr>
            <w:tcW w:type="dxa" w:w="1191"/>
          </w:tcPr>
          <w:p/>
        </w:tc>
        <w:tc>
          <w:tcPr>
            <w:tcW w:type="dxa" w:w="1701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964"/>
          </w:tcPr>
          <w:p/>
        </w:tc>
        <w:tc>
          <w:tcPr>
            <w:tcW w:type="dxa" w:w="1134"/>
          </w:tcPr>
          <w:p/>
        </w:tc>
        <w:tc>
          <w:tcPr>
            <w:tcW w:type="dxa" w:w="737"/>
          </w:tcPr>
          <w:p/>
        </w:tc>
        <w:tc>
          <w:tcPr>
            <w:tcW w:type="dxa" w:w="1020"/>
          </w:tcPr>
          <w:p/>
        </w:tc>
      </w:tr>
      <w:tr>
        <w:trPr>
          <w:trHeight w:val="340" w:hRule="atLeast"/>
        </w:trPr>
        <w:tc>
          <w:tcPr>
            <w:tcW w:type="dxa" w:w="1191"/>
          </w:tcPr>
          <w:p/>
        </w:tc>
        <w:tc>
          <w:tcPr>
            <w:tcW w:type="dxa" w:w="1701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964"/>
          </w:tcPr>
          <w:p/>
        </w:tc>
        <w:tc>
          <w:tcPr>
            <w:tcW w:type="dxa" w:w="1134"/>
          </w:tcPr>
          <w:p/>
        </w:tc>
        <w:tc>
          <w:tcPr>
            <w:tcW w:type="dxa" w:w="737"/>
          </w:tcPr>
          <w:p/>
        </w:tc>
        <w:tc>
          <w:tcPr>
            <w:tcW w:type="dxa" w:w="1020"/>
          </w:tcPr>
          <w:p/>
        </w:tc>
      </w:tr>
      <w:tr>
        <w:trPr>
          <w:trHeight w:val="340" w:hRule="atLeast"/>
        </w:trPr>
        <w:tc>
          <w:tcPr>
            <w:tcW w:type="dxa" w:w="1191"/>
          </w:tcPr>
          <w:p/>
        </w:tc>
        <w:tc>
          <w:tcPr>
            <w:tcW w:type="dxa" w:w="1701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964"/>
          </w:tcPr>
          <w:p/>
        </w:tc>
        <w:tc>
          <w:tcPr>
            <w:tcW w:type="dxa" w:w="1134"/>
          </w:tcPr>
          <w:p/>
        </w:tc>
        <w:tc>
          <w:tcPr>
            <w:tcW w:type="dxa" w:w="737"/>
          </w:tcPr>
          <w:p/>
        </w:tc>
        <w:tc>
          <w:tcPr>
            <w:tcW w:type="dxa" w:w="1020"/>
          </w:tcPr>
          <w:p/>
        </w:tc>
      </w:tr>
      <w:tr>
        <w:trPr>
          <w:trHeight w:val="340" w:hRule="atLeast"/>
        </w:trPr>
        <w:tc>
          <w:tcPr>
            <w:tcW w:type="dxa" w:w="1191"/>
          </w:tcPr>
          <w:p/>
        </w:tc>
        <w:tc>
          <w:tcPr>
            <w:tcW w:type="dxa" w:w="1701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964"/>
          </w:tcPr>
          <w:p/>
        </w:tc>
        <w:tc>
          <w:tcPr>
            <w:tcW w:type="dxa" w:w="1134"/>
          </w:tcPr>
          <w:p/>
        </w:tc>
        <w:tc>
          <w:tcPr>
            <w:tcW w:type="dxa" w:w="737"/>
          </w:tcPr>
          <w:p/>
        </w:tc>
        <w:tc>
          <w:tcPr>
            <w:tcW w:type="dxa" w:w="1020"/>
          </w:tcPr>
          <w:p/>
        </w:tc>
      </w:tr>
    </w:tbl>
    <w:tbl>
      <w:tblPr>
        <w:tblW w:type="dxa" w:w="10773"/>
        <w:tblBorders>
          <w:top w:val="single" w:sz="6" w:color="0B1157"/>
          <w:left w:val="single" w:sz="6" w:color="0B1157"/>
          <w:bottom w:val="single" w:sz="6" w:color="0B1157"/>
          <w:right w:val="single" w:sz="6" w:color="0B1157"/>
          <w:insideH w:val="single" w:sz="6" w:color="0B1157"/>
          <w:insideV w:val="single" w:sz="6" w:color="0B1157"/>
        </w:tblBorders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40"/>
            </w:pPr>
            <w:r/>
            <w:r>
              <w:rPr>
                <w:b/>
                <w:color w:val="0B1157"/>
                <w:sz w:val="15"/>
              </w:rPr>
              <w:t>22. Pripojené doklady: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__________________________________________________________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Pokyny pre prípad nehody: ________________________________________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Ďalšie doklady: ______________________________________________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__________________________________________________________</w:t>
            </w:r>
          </w:p>
        </w:tc>
        <w:tc>
          <w:tcPr>
            <w:tcW w:type="dxa" w:w="5386"/>
          </w:tcPr>
          <w:p>
            <w:pPr>
              <w:spacing w:after="40"/>
            </w:pPr>
            <w:r/>
            <w:r>
              <w:rPr>
                <w:b/>
                <w:color w:val="0B1157"/>
                <w:sz w:val="15"/>
              </w:rPr>
              <w:t>23. Potvrdzujem prijatie odpadu na: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☐ zhodnotenie**      ☐ zneškodnenie**      ☐ zber**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Dátum: ___________________________________________________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Meno a priezvisko: ________________________________________</w:t>
            </w:r>
          </w:p>
          <w:p>
            <w:pPr>
              <w:spacing w:after="36"/>
            </w:pPr>
            <w:r>
              <w:rPr>
                <w:b w:val="0"/>
                <w:color w:val="718094"/>
                <w:sz w:val="12"/>
              </w:rPr>
              <w:t>**Vhodné označte krížikom.</w:t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</w:r>
          </w:p>
          <w:p>
            <w:pPr>
              <w:spacing w:after="36"/>
            </w:pPr>
            <w:r>
              <w:rPr>
                <w:b w:val="0"/>
                <w:color w:val="3C4372"/>
              </w:rPr>
              <w:t>__________________________________________________________</w:t>
            </w:r>
          </w:p>
          <w:p>
            <w:pPr>
              <w:spacing w:after="36"/>
              <w:jc w:val="center"/>
            </w:pPr>
            <w:r>
              <w:rPr>
                <w:b w:val="0"/>
                <w:color w:val="718094"/>
                <w:sz w:val="12"/>
              </w:rPr>
              <w:t>Odtlačok pečiatky a podpis*</w:t>
            </w:r>
          </w:p>
        </w:tc>
      </w:tr>
    </w:tbl>
    <w:p>
      <w:pPr>
        <w:spacing w:before="50"/>
      </w:pPr>
      <w:r>
        <w:rPr>
          <w:b w:val="0"/>
          <w:color w:val="3C4372"/>
          <w:sz w:val="12"/>
        </w:rPr>
        <w:t>¹⁾ Kód druhu dopravy: 1 – cestná, 2 – železničná, 3 – vodná, 4 – letecká, 5 – kombinovaná · * Podpisom zároveň potvrdzujem úplnosť a pravdivosť uvedených údajov.</w:t>
      </w:r>
    </w:p>
    <w:p>
      <w:pPr>
        <w:spacing w:before="50"/>
      </w:pPr>
      <w:r>
        <w:rPr>
          <w:b w:val="0"/>
          <w:color w:val="3C4372"/>
          <w:sz w:val="12"/>
        </w:rPr>
        <w:t>Kód druhu obalu (17): 1 – sudy, 2 – drevené sudy, 3 – kanistre, 4 – kontajnery, 5 – vrecia, 6 – kombinované obaly, 7 – tlakové nádoby, 8 – voľne ložený, 9 – iný. Fyzikálne vlastnosti (18): 1 – práškový, 2 – tuhý, 3 – viskózny/kašovitý, 4 – blatistý, 5 – kvapalný, 6 – plynný, 7 – iný.</w:t>
      </w:r>
    </w:p>
    <w:p>
      <w:pPr>
        <w:pBdr>
          <w:top w:val="single" w:sz="6" w:space="4" w:color="E3E5F5"/>
        </w:pBdr>
        <w:spacing w:before="160"/>
      </w:pPr>
      <w:r>
        <w:rPr>
          <w:b w:val="0"/>
          <w:color w:val="718094"/>
          <w:sz w:val="13"/>
        </w:rPr>
        <w:t xml:space="preserve">Vzor podľa prílohy č. 12 k vyhláške MŽP SR č. 366/2015 Z. z. (v znení vyhlášky č. 321/2017 Z. z.). </w:t>
      </w:r>
      <w:r>
        <w:rPr>
          <w:b w:val="0"/>
          <w:color w:val="718094"/>
          <w:sz w:val="13"/>
        </w:rPr>
        <w:t xml:space="preserve">Pripravil </w:t>
      </w:r>
      <w:r>
        <w:rPr>
          <w:b/>
          <w:color w:val="4330AF"/>
          <w:sz w:val="13"/>
        </w:rPr>
        <w:t>Envicloud s.r.o.</w:t>
      </w:r>
      <w:r>
        <w:rPr>
          <w:b w:val="0"/>
          <w:color w:val="718094"/>
          <w:sz w:val="13"/>
        </w:rPr>
        <w:t xml:space="preserve"> · envicloud.sk</w:t>
      </w:r>
    </w:p>
    <w:sectPr w:rsidR="00FC693F" w:rsidRPr="0006063C" w:rsidSect="00034616">
      <w:pgSz w:w="11906" w:h="16838"/>
      <w:pgMar w:top="454" w:right="567" w:bottom="39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color w:val="0B1157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Sprievodný list nebezpečného odpadu – vzor</dc:title>
  <dc:subject/>
  <dc:creator>Envicloud s.r.o.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